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01F19C" w14:textId="56008A59" w:rsidR="00FE7E22" w:rsidRPr="00630B5B" w:rsidRDefault="006E5783" w:rsidP="00630B5B">
      <w:pPr>
        <w:spacing w:after="0" w:line="240" w:lineRule="auto"/>
        <w:jc w:val="center"/>
        <w:rPr>
          <w:b/>
          <w:color w:val="708090"/>
          <w:sz w:val="32"/>
          <w:szCs w:val="32"/>
        </w:rPr>
      </w:pPr>
      <w:r>
        <w:rPr>
          <w:b/>
          <w:color w:val="1B4D3E"/>
          <w:sz w:val="44"/>
          <w:szCs w:val="44"/>
        </w:rPr>
        <w:t>KURSUS PENTERNAKAN AYAM SECARA ORGANIK</w:t>
      </w:r>
    </w:p>
    <w:p w14:paraId="6F314D3A" w14:textId="77777777" w:rsidR="00630B5B" w:rsidRDefault="00630B5B" w:rsidP="00630B5B">
      <w:pPr>
        <w:spacing w:after="0" w:line="240" w:lineRule="auto"/>
        <w:jc w:val="center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680"/>
        <w:gridCol w:w="4680"/>
      </w:tblGrid>
      <w:tr w:rsidR="00FE7E22" w:rsidRPr="00630B5B" w14:paraId="011CED31" w14:textId="77777777">
        <w:trPr>
          <w:jc w:val="center"/>
        </w:trPr>
        <w:tc>
          <w:tcPr>
            <w:tcW w:w="4680" w:type="dxa"/>
            <w:shd w:val="clear" w:color="auto" w:fill="F4F7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9ED17A" w14:textId="77777777" w:rsidR="00FE7E22" w:rsidRPr="00630B5B" w:rsidRDefault="00112D3C" w:rsidP="00FD697D">
            <w:pPr>
              <w:spacing w:after="0"/>
              <w:rPr>
                <w:sz w:val="24"/>
                <w:szCs w:val="24"/>
              </w:rPr>
            </w:pPr>
            <w:r w:rsidRPr="00630B5B">
              <w:rPr>
                <w:b/>
                <w:color w:val="1B4D3E"/>
                <w:sz w:val="24"/>
                <w:szCs w:val="24"/>
              </w:rPr>
              <w:t>Tarikh:</w:t>
            </w:r>
          </w:p>
        </w:tc>
        <w:tc>
          <w:tcPr>
            <w:tcW w:w="4680" w:type="dxa"/>
            <w:shd w:val="clear" w:color="auto" w:fill="F4F7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D70D10" w14:textId="77777777" w:rsidR="00FE7E22" w:rsidRPr="00630B5B" w:rsidRDefault="00112D3C" w:rsidP="00FD697D">
            <w:pPr>
              <w:spacing w:after="0"/>
              <w:rPr>
                <w:sz w:val="24"/>
                <w:szCs w:val="24"/>
              </w:rPr>
            </w:pPr>
            <w:r w:rsidRPr="00630B5B">
              <w:rPr>
                <w:sz w:val="24"/>
                <w:szCs w:val="24"/>
              </w:rPr>
              <w:t>24 September 2026 (Khamis)</w:t>
            </w:r>
          </w:p>
        </w:tc>
      </w:tr>
      <w:tr w:rsidR="00FE7E22" w:rsidRPr="00630B5B" w14:paraId="4B09AB4D" w14:textId="77777777">
        <w:trPr>
          <w:jc w:val="center"/>
        </w:trPr>
        <w:tc>
          <w:tcPr>
            <w:tcW w:w="4680" w:type="dxa"/>
            <w:shd w:val="clear" w:color="auto" w:fill="F4F7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C42420" w14:textId="77777777" w:rsidR="00FE7E22" w:rsidRPr="00630B5B" w:rsidRDefault="00112D3C" w:rsidP="00FD697D">
            <w:pPr>
              <w:spacing w:after="0"/>
              <w:rPr>
                <w:sz w:val="24"/>
                <w:szCs w:val="24"/>
              </w:rPr>
            </w:pPr>
            <w:r w:rsidRPr="00630B5B">
              <w:rPr>
                <w:b/>
                <w:color w:val="1B4D3E"/>
                <w:sz w:val="24"/>
                <w:szCs w:val="24"/>
              </w:rPr>
              <w:t>Masa:</w:t>
            </w:r>
          </w:p>
        </w:tc>
        <w:tc>
          <w:tcPr>
            <w:tcW w:w="4680" w:type="dxa"/>
            <w:shd w:val="clear" w:color="auto" w:fill="F4F7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AAC9B9" w14:textId="51FDC46B" w:rsidR="00FE7E22" w:rsidRPr="00630B5B" w:rsidRDefault="005C0DF1" w:rsidP="00FD697D">
            <w:pPr>
              <w:spacing w:after="0"/>
              <w:rPr>
                <w:sz w:val="24"/>
                <w:szCs w:val="24"/>
              </w:rPr>
            </w:pPr>
            <w:r w:rsidRPr="00630B5B">
              <w:rPr>
                <w:sz w:val="24"/>
                <w:szCs w:val="24"/>
              </w:rPr>
              <w:t>9.00</w:t>
            </w:r>
            <w:r w:rsidR="00112D3C" w:rsidRPr="00630B5B">
              <w:rPr>
                <w:sz w:val="24"/>
                <w:szCs w:val="24"/>
              </w:rPr>
              <w:t xml:space="preserve"> Pagi – 1</w:t>
            </w:r>
            <w:r w:rsidRPr="00630B5B">
              <w:rPr>
                <w:sz w:val="24"/>
                <w:szCs w:val="24"/>
              </w:rPr>
              <w:t>.00</w:t>
            </w:r>
            <w:r w:rsidR="00112D3C" w:rsidRPr="00630B5B">
              <w:rPr>
                <w:sz w:val="24"/>
                <w:szCs w:val="24"/>
              </w:rPr>
              <w:t xml:space="preserve"> Tengah Hari</w:t>
            </w:r>
          </w:p>
        </w:tc>
      </w:tr>
      <w:tr w:rsidR="00FE7E22" w:rsidRPr="00630B5B" w14:paraId="7DA717F1" w14:textId="77777777">
        <w:trPr>
          <w:jc w:val="center"/>
        </w:trPr>
        <w:tc>
          <w:tcPr>
            <w:tcW w:w="4680" w:type="dxa"/>
            <w:shd w:val="clear" w:color="auto" w:fill="F4F7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FD94CB" w14:textId="77777777" w:rsidR="00FE7E22" w:rsidRPr="00630B5B" w:rsidRDefault="00112D3C" w:rsidP="00FD697D">
            <w:pPr>
              <w:spacing w:after="0"/>
              <w:rPr>
                <w:sz w:val="24"/>
                <w:szCs w:val="24"/>
              </w:rPr>
            </w:pPr>
            <w:r w:rsidRPr="00630B5B">
              <w:rPr>
                <w:b/>
                <w:color w:val="1B4D3E"/>
                <w:sz w:val="24"/>
                <w:szCs w:val="24"/>
              </w:rPr>
              <w:t>Platform:</w:t>
            </w:r>
          </w:p>
        </w:tc>
        <w:tc>
          <w:tcPr>
            <w:tcW w:w="4680" w:type="dxa"/>
            <w:shd w:val="clear" w:color="auto" w:fill="F4F7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C1C2ED" w14:textId="77777777" w:rsidR="00630B5B" w:rsidRDefault="005C0DF1" w:rsidP="00FD697D">
            <w:pPr>
              <w:spacing w:after="0"/>
              <w:rPr>
                <w:sz w:val="24"/>
                <w:szCs w:val="24"/>
              </w:rPr>
            </w:pPr>
            <w:r w:rsidRPr="00630B5B">
              <w:rPr>
                <w:sz w:val="24"/>
                <w:szCs w:val="24"/>
              </w:rPr>
              <w:t xml:space="preserve">Google Meet </w:t>
            </w:r>
          </w:p>
          <w:p w14:paraId="37421832" w14:textId="03AA6645" w:rsidR="00FE7E22" w:rsidRPr="00630B5B" w:rsidRDefault="006E5783" w:rsidP="00FD697D">
            <w:pPr>
              <w:spacing w:after="0"/>
              <w:rPr>
                <w:sz w:val="24"/>
                <w:szCs w:val="24"/>
              </w:rPr>
            </w:pPr>
            <w:r w:rsidRPr="006E5783">
              <w:rPr>
                <w:sz w:val="24"/>
                <w:szCs w:val="24"/>
              </w:rPr>
              <w:t>https://meet.google.com/jtq-kktc-did</w:t>
            </w:r>
          </w:p>
        </w:tc>
      </w:tr>
    </w:tbl>
    <w:p w14:paraId="7CD1F5C0" w14:textId="77777777" w:rsidR="00FE7E22" w:rsidRDefault="00112D3C">
      <w:pPr>
        <w:spacing w:before="240" w:after="160"/>
      </w:pPr>
      <w:r>
        <w:rPr>
          <w:b/>
          <w:color w:val="1B4D3E"/>
          <w:sz w:val="28"/>
        </w:rPr>
        <w:t xml:space="preserve">📋 </w:t>
      </w:r>
      <w:proofErr w:type="spellStart"/>
      <w:r>
        <w:rPr>
          <w:b/>
          <w:color w:val="1B4D3E"/>
          <w:sz w:val="28"/>
        </w:rPr>
        <w:t>Atur</w:t>
      </w:r>
      <w:proofErr w:type="spellEnd"/>
      <w:r>
        <w:rPr>
          <w:b/>
          <w:color w:val="1B4D3E"/>
          <w:sz w:val="28"/>
        </w:rPr>
        <w:t xml:space="preserve"> Cara &amp; </w:t>
      </w:r>
      <w:proofErr w:type="spellStart"/>
      <w:r>
        <w:rPr>
          <w:b/>
          <w:color w:val="1B4D3E"/>
          <w:sz w:val="28"/>
        </w:rPr>
        <w:t>Jadual</w:t>
      </w:r>
      <w:proofErr w:type="spellEnd"/>
      <w:r>
        <w:rPr>
          <w:b/>
          <w:color w:val="1B4D3E"/>
          <w:sz w:val="28"/>
        </w:rPr>
        <w:t xml:space="preserve"> Sesi</w:t>
      </w:r>
    </w:p>
    <w:tbl>
      <w:tblPr>
        <w:tblW w:w="0" w:type="auto"/>
        <w:jc w:val="center"/>
        <w:tblBorders>
          <w:top w:val="single" w:sz="4" w:space="0" w:color="D3D3D3"/>
          <w:bottom w:val="single" w:sz="6" w:space="0" w:color="1B4D3E"/>
          <w:insideH w:val="single" w:sz="4" w:space="0" w:color="E0E0E0"/>
        </w:tblBorders>
        <w:tblLook w:val="04A0" w:firstRow="1" w:lastRow="0" w:firstColumn="1" w:lastColumn="0" w:noHBand="0" w:noVBand="1"/>
      </w:tblPr>
      <w:tblGrid>
        <w:gridCol w:w="2160"/>
        <w:gridCol w:w="4608"/>
        <w:gridCol w:w="2592"/>
      </w:tblGrid>
      <w:tr w:rsidR="00FE7E22" w:rsidRPr="00630B5B" w14:paraId="7C125742" w14:textId="77777777">
        <w:trPr>
          <w:jc w:val="center"/>
        </w:trPr>
        <w:tc>
          <w:tcPr>
            <w:tcW w:w="2160" w:type="dxa"/>
            <w:shd w:val="clear" w:color="auto" w:fill="1B4D3E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1DCDCC80" w14:textId="77777777" w:rsidR="00FE7E22" w:rsidRPr="00630B5B" w:rsidRDefault="00112D3C">
            <w:pPr>
              <w:spacing w:after="40"/>
              <w:rPr>
                <w:sz w:val="24"/>
                <w:szCs w:val="24"/>
              </w:rPr>
            </w:pPr>
            <w:r w:rsidRPr="00630B5B">
              <w:rPr>
                <w:b/>
                <w:color w:val="FFFFFF"/>
                <w:sz w:val="24"/>
                <w:szCs w:val="24"/>
              </w:rPr>
              <w:t>Masa</w:t>
            </w:r>
          </w:p>
        </w:tc>
        <w:tc>
          <w:tcPr>
            <w:tcW w:w="4608" w:type="dxa"/>
            <w:shd w:val="clear" w:color="auto" w:fill="1B4D3E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7B2B06D0" w14:textId="77777777" w:rsidR="00FE7E22" w:rsidRPr="00630B5B" w:rsidRDefault="00112D3C">
            <w:pPr>
              <w:spacing w:after="40"/>
              <w:rPr>
                <w:sz w:val="24"/>
                <w:szCs w:val="24"/>
              </w:rPr>
            </w:pPr>
            <w:r w:rsidRPr="00630B5B">
              <w:rPr>
                <w:b/>
                <w:color w:val="FFFFFF"/>
                <w:sz w:val="24"/>
                <w:szCs w:val="24"/>
              </w:rPr>
              <w:t>Aktiviti / Tajuk Sesi</w:t>
            </w:r>
          </w:p>
        </w:tc>
        <w:tc>
          <w:tcPr>
            <w:tcW w:w="2592" w:type="dxa"/>
            <w:shd w:val="clear" w:color="auto" w:fill="1B4D3E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3CB1623B" w14:textId="77777777" w:rsidR="00FE7E22" w:rsidRPr="00630B5B" w:rsidRDefault="00112D3C">
            <w:pPr>
              <w:spacing w:after="40"/>
              <w:rPr>
                <w:sz w:val="24"/>
                <w:szCs w:val="24"/>
              </w:rPr>
            </w:pPr>
            <w:r w:rsidRPr="00630B5B">
              <w:rPr>
                <w:b/>
                <w:color w:val="FFFFFF"/>
                <w:sz w:val="24"/>
                <w:szCs w:val="24"/>
              </w:rPr>
              <w:t>Penceramah / Panel</w:t>
            </w:r>
          </w:p>
        </w:tc>
      </w:tr>
      <w:tr w:rsidR="00FE7E22" w:rsidRPr="00630B5B" w14:paraId="64605BAA" w14:textId="77777777">
        <w:trPr>
          <w:jc w:val="center"/>
        </w:trPr>
        <w:tc>
          <w:tcPr>
            <w:tcW w:w="216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6AA7968" w14:textId="35965A0D" w:rsidR="00FE7E22" w:rsidRPr="00630B5B" w:rsidRDefault="005C0DF1" w:rsidP="005C0DF1">
            <w:pPr>
              <w:spacing w:after="0" w:line="240" w:lineRule="auto"/>
              <w:rPr>
                <w:sz w:val="24"/>
                <w:szCs w:val="24"/>
              </w:rPr>
            </w:pPr>
            <w:r w:rsidRPr="00630B5B">
              <w:rPr>
                <w:b/>
                <w:color w:val="555555"/>
                <w:sz w:val="24"/>
                <w:szCs w:val="24"/>
              </w:rPr>
              <w:t>08:45 –</w:t>
            </w:r>
            <w:r w:rsidR="00112D3C" w:rsidRPr="00630B5B">
              <w:rPr>
                <w:b/>
                <w:color w:val="555555"/>
                <w:sz w:val="24"/>
                <w:szCs w:val="24"/>
              </w:rPr>
              <w:t xml:space="preserve"> 09:00 </w:t>
            </w:r>
            <w:proofErr w:type="spellStart"/>
            <w:r w:rsidRPr="00630B5B">
              <w:rPr>
                <w:b/>
                <w:color w:val="555555"/>
                <w:sz w:val="24"/>
                <w:szCs w:val="24"/>
              </w:rPr>
              <w:t>pagi</w:t>
            </w:r>
            <w:proofErr w:type="spellEnd"/>
          </w:p>
        </w:tc>
        <w:tc>
          <w:tcPr>
            <w:tcW w:w="4608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500837E" w14:textId="77777777" w:rsidR="00FE7E22" w:rsidRPr="00630B5B" w:rsidRDefault="00112D3C" w:rsidP="005C0DF1">
            <w:pPr>
              <w:spacing w:after="0" w:line="240" w:lineRule="auto"/>
              <w:rPr>
                <w:sz w:val="24"/>
                <w:szCs w:val="24"/>
              </w:rPr>
            </w:pPr>
            <w:r w:rsidRPr="00630B5B">
              <w:rPr>
                <w:sz w:val="24"/>
                <w:szCs w:val="24"/>
              </w:rPr>
              <w:t>Pendaftaran Peserta &amp; Panduan Teknikal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FC14426" w14:textId="2638337A" w:rsidR="00FE7E22" w:rsidRPr="00630B5B" w:rsidRDefault="00FE7E22" w:rsidP="005C0DF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E7E22" w:rsidRPr="00630B5B" w14:paraId="3DEA9B9D" w14:textId="77777777">
        <w:trPr>
          <w:jc w:val="center"/>
        </w:trPr>
        <w:tc>
          <w:tcPr>
            <w:tcW w:w="2160" w:type="dxa"/>
            <w:shd w:val="clear" w:color="auto" w:fill="F9FBF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FA97E52" w14:textId="3E5DF5A7" w:rsidR="00FE7E22" w:rsidRPr="00630B5B" w:rsidRDefault="005C0DF1" w:rsidP="005C0DF1">
            <w:pPr>
              <w:spacing w:after="0" w:line="240" w:lineRule="auto"/>
              <w:rPr>
                <w:sz w:val="24"/>
                <w:szCs w:val="24"/>
              </w:rPr>
            </w:pPr>
            <w:r w:rsidRPr="00630B5B">
              <w:rPr>
                <w:b/>
                <w:color w:val="555555"/>
                <w:sz w:val="24"/>
                <w:szCs w:val="24"/>
              </w:rPr>
              <w:t>09:00 –</w:t>
            </w:r>
            <w:r w:rsidR="00112D3C" w:rsidRPr="00630B5B">
              <w:rPr>
                <w:b/>
                <w:color w:val="555555"/>
                <w:sz w:val="24"/>
                <w:szCs w:val="24"/>
              </w:rPr>
              <w:t xml:space="preserve"> 09:5</w:t>
            </w:r>
            <w:r w:rsidRPr="00630B5B">
              <w:rPr>
                <w:b/>
                <w:color w:val="555555"/>
                <w:sz w:val="24"/>
                <w:szCs w:val="24"/>
              </w:rPr>
              <w:t>0</w:t>
            </w:r>
            <w:r w:rsidR="00112D3C" w:rsidRPr="00630B5B">
              <w:rPr>
                <w:b/>
                <w:color w:val="555555"/>
                <w:sz w:val="24"/>
                <w:szCs w:val="24"/>
              </w:rPr>
              <w:t xml:space="preserve"> </w:t>
            </w:r>
            <w:proofErr w:type="spellStart"/>
            <w:r w:rsidRPr="00630B5B">
              <w:rPr>
                <w:b/>
                <w:color w:val="555555"/>
                <w:sz w:val="24"/>
                <w:szCs w:val="24"/>
              </w:rPr>
              <w:t>pagi</w:t>
            </w:r>
            <w:proofErr w:type="spellEnd"/>
          </w:p>
        </w:tc>
        <w:tc>
          <w:tcPr>
            <w:tcW w:w="4608" w:type="dxa"/>
            <w:shd w:val="clear" w:color="auto" w:fill="F9FBF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45FE968" w14:textId="262EED95" w:rsidR="00FE7E22" w:rsidRPr="00630B5B" w:rsidRDefault="00112D3C" w:rsidP="005C0DF1">
            <w:pPr>
              <w:spacing w:after="0" w:line="240" w:lineRule="auto"/>
              <w:rPr>
                <w:sz w:val="24"/>
                <w:szCs w:val="24"/>
              </w:rPr>
            </w:pPr>
            <w:r w:rsidRPr="00630B5B">
              <w:rPr>
                <w:b/>
                <w:sz w:val="24"/>
                <w:szCs w:val="24"/>
              </w:rPr>
              <w:t xml:space="preserve">Slot 1: </w:t>
            </w:r>
            <w:proofErr w:type="spellStart"/>
            <w:r w:rsidR="00EB117E">
              <w:rPr>
                <w:b/>
                <w:sz w:val="24"/>
                <w:szCs w:val="24"/>
              </w:rPr>
              <w:t>Reban</w:t>
            </w:r>
            <w:proofErr w:type="spellEnd"/>
            <w:r w:rsidR="00EB117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EB117E">
              <w:rPr>
                <w:b/>
                <w:sz w:val="24"/>
                <w:szCs w:val="24"/>
              </w:rPr>
              <w:t>Organik</w:t>
            </w:r>
            <w:proofErr w:type="spellEnd"/>
            <w:r w:rsidR="00EB117E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="00EB117E">
              <w:rPr>
                <w:b/>
                <w:sz w:val="24"/>
                <w:szCs w:val="24"/>
              </w:rPr>
              <w:t>Pasaran</w:t>
            </w:r>
            <w:proofErr w:type="spellEnd"/>
            <w:r w:rsidR="00EB117E">
              <w:rPr>
                <w:b/>
                <w:sz w:val="24"/>
                <w:szCs w:val="24"/>
              </w:rPr>
              <w:t xml:space="preserve"> Premium: </w:t>
            </w:r>
            <w:proofErr w:type="spellStart"/>
            <w:r w:rsidR="00EB117E">
              <w:rPr>
                <w:b/>
                <w:sz w:val="24"/>
                <w:szCs w:val="24"/>
              </w:rPr>
              <w:t>Bersediakah</w:t>
            </w:r>
            <w:proofErr w:type="spellEnd"/>
            <w:r w:rsidR="00EB117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EB117E">
              <w:rPr>
                <w:b/>
                <w:sz w:val="24"/>
                <w:szCs w:val="24"/>
              </w:rPr>
              <w:t>kita</w:t>
            </w:r>
            <w:proofErr w:type="spellEnd"/>
            <w:r w:rsidR="00EB117E">
              <w:rPr>
                <w:b/>
                <w:sz w:val="24"/>
                <w:szCs w:val="24"/>
              </w:rPr>
              <w:t>?</w:t>
            </w:r>
          </w:p>
        </w:tc>
        <w:tc>
          <w:tcPr>
            <w:tcW w:w="2592" w:type="dxa"/>
            <w:shd w:val="clear" w:color="auto" w:fill="F9FBF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DB908C1" w14:textId="77777777" w:rsidR="00EB117E" w:rsidRDefault="00EB117E" w:rsidP="00EB117E">
            <w:pPr>
              <w:spacing w:after="0" w:line="240" w:lineRule="auto"/>
              <w:rPr>
                <w:sz w:val="24"/>
                <w:szCs w:val="24"/>
              </w:rPr>
            </w:pPr>
            <w:r w:rsidRPr="00630B5B">
              <w:rPr>
                <w:sz w:val="24"/>
                <w:szCs w:val="24"/>
              </w:rPr>
              <w:t xml:space="preserve">Dr. </w:t>
            </w:r>
            <w:proofErr w:type="spellStart"/>
            <w:r>
              <w:rPr>
                <w:sz w:val="24"/>
                <w:szCs w:val="24"/>
              </w:rPr>
              <w:t>Shamizah</w:t>
            </w:r>
            <w:proofErr w:type="spellEnd"/>
            <w:r>
              <w:rPr>
                <w:sz w:val="24"/>
                <w:szCs w:val="24"/>
              </w:rPr>
              <w:t xml:space="preserve"> Binti Omar Hisham</w:t>
            </w:r>
          </w:p>
          <w:p w14:paraId="4467D74C" w14:textId="6699C71B" w:rsidR="00EB117E" w:rsidRPr="00630B5B" w:rsidRDefault="00EB117E" w:rsidP="00EB117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Unit </w:t>
            </w:r>
            <w:proofErr w:type="spellStart"/>
            <w:r>
              <w:rPr>
                <w:sz w:val="24"/>
                <w:szCs w:val="24"/>
              </w:rPr>
              <w:t>Unggas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Bahagian</w:t>
            </w:r>
            <w:proofErr w:type="spellEnd"/>
            <w:r>
              <w:rPr>
                <w:sz w:val="24"/>
                <w:szCs w:val="24"/>
              </w:rPr>
              <w:t xml:space="preserve"> Pembangunan </w:t>
            </w:r>
            <w:proofErr w:type="spellStart"/>
            <w:r>
              <w:rPr>
                <w:sz w:val="24"/>
                <w:szCs w:val="24"/>
              </w:rPr>
              <w:t>Industri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Ternakan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Jabatan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Perkhidmatan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Veterinar</w:t>
            </w:r>
            <w:proofErr w:type="spellEnd"/>
            <w:r w:rsidRPr="00630B5B">
              <w:rPr>
                <w:sz w:val="24"/>
                <w:szCs w:val="24"/>
              </w:rPr>
              <w:t xml:space="preserve"> </w:t>
            </w:r>
          </w:p>
          <w:p w14:paraId="6E89F78C" w14:textId="73AC38EC" w:rsidR="006F305D" w:rsidRPr="00630B5B" w:rsidRDefault="006F305D" w:rsidP="005C0DF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E7E22" w:rsidRPr="00630B5B" w14:paraId="4908C8A7" w14:textId="77777777">
        <w:trPr>
          <w:jc w:val="center"/>
        </w:trPr>
        <w:tc>
          <w:tcPr>
            <w:tcW w:w="216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C60A349" w14:textId="1E78A7FD" w:rsidR="00FE7E22" w:rsidRPr="00630B5B" w:rsidRDefault="00FE7E22" w:rsidP="005C0DF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608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2650BC6" w14:textId="77777777" w:rsidR="00FE7E22" w:rsidRPr="00630B5B" w:rsidRDefault="00112D3C" w:rsidP="005C0DF1">
            <w:pPr>
              <w:spacing w:after="0" w:line="240" w:lineRule="auto"/>
              <w:rPr>
                <w:sz w:val="24"/>
                <w:szCs w:val="24"/>
              </w:rPr>
            </w:pPr>
            <w:r w:rsidRPr="00630B5B">
              <w:rPr>
                <w:sz w:val="24"/>
                <w:szCs w:val="24"/>
              </w:rPr>
              <w:t>Sesi Soal Jawab (Q&amp;A) &amp; Kuiz Ringkas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9818645" w14:textId="551B9C92" w:rsidR="00FE7E22" w:rsidRPr="00630B5B" w:rsidRDefault="00FE7E22" w:rsidP="005C0DF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E7E22" w:rsidRPr="00630B5B" w14:paraId="32A7C583" w14:textId="77777777">
        <w:trPr>
          <w:jc w:val="center"/>
        </w:trPr>
        <w:tc>
          <w:tcPr>
            <w:tcW w:w="2160" w:type="dxa"/>
            <w:shd w:val="clear" w:color="auto" w:fill="F9FBF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106825C" w14:textId="435492F9" w:rsidR="00FE7E22" w:rsidRPr="00630B5B" w:rsidRDefault="005C0DF1" w:rsidP="005C0DF1">
            <w:pPr>
              <w:spacing w:after="0" w:line="240" w:lineRule="auto"/>
              <w:rPr>
                <w:sz w:val="24"/>
                <w:szCs w:val="24"/>
              </w:rPr>
            </w:pPr>
            <w:r w:rsidRPr="00630B5B">
              <w:rPr>
                <w:b/>
                <w:color w:val="555555"/>
                <w:sz w:val="24"/>
                <w:szCs w:val="24"/>
              </w:rPr>
              <w:t>10:00 –</w:t>
            </w:r>
            <w:r w:rsidR="00112D3C" w:rsidRPr="00630B5B">
              <w:rPr>
                <w:b/>
                <w:color w:val="555555"/>
                <w:sz w:val="24"/>
                <w:szCs w:val="24"/>
              </w:rPr>
              <w:t xml:space="preserve"> 10:</w:t>
            </w:r>
            <w:r w:rsidRPr="00630B5B">
              <w:rPr>
                <w:b/>
                <w:color w:val="555555"/>
                <w:sz w:val="24"/>
                <w:szCs w:val="24"/>
              </w:rPr>
              <w:t>50</w:t>
            </w:r>
            <w:r w:rsidR="00112D3C" w:rsidRPr="00630B5B">
              <w:rPr>
                <w:b/>
                <w:color w:val="555555"/>
                <w:sz w:val="24"/>
                <w:szCs w:val="24"/>
              </w:rPr>
              <w:t xml:space="preserve"> </w:t>
            </w:r>
            <w:proofErr w:type="spellStart"/>
            <w:r w:rsidRPr="00630B5B">
              <w:rPr>
                <w:b/>
                <w:color w:val="555555"/>
                <w:sz w:val="24"/>
                <w:szCs w:val="24"/>
              </w:rPr>
              <w:t>pagi</w:t>
            </w:r>
            <w:proofErr w:type="spellEnd"/>
          </w:p>
        </w:tc>
        <w:tc>
          <w:tcPr>
            <w:tcW w:w="4608" w:type="dxa"/>
            <w:shd w:val="clear" w:color="auto" w:fill="F9FBF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1C3FF81" w14:textId="1512F394" w:rsidR="00FE7E22" w:rsidRPr="00630B5B" w:rsidRDefault="00112D3C" w:rsidP="005C0DF1">
            <w:pPr>
              <w:spacing w:after="0" w:line="240" w:lineRule="auto"/>
              <w:rPr>
                <w:sz w:val="24"/>
                <w:szCs w:val="24"/>
              </w:rPr>
            </w:pPr>
            <w:r w:rsidRPr="00630B5B">
              <w:rPr>
                <w:b/>
                <w:sz w:val="24"/>
                <w:szCs w:val="24"/>
              </w:rPr>
              <w:t xml:space="preserve">Slot 2: </w:t>
            </w:r>
            <w:proofErr w:type="spellStart"/>
            <w:r w:rsidR="00EB117E" w:rsidRPr="00630B5B">
              <w:rPr>
                <w:b/>
                <w:sz w:val="24"/>
                <w:szCs w:val="24"/>
              </w:rPr>
              <w:t>Revolusi</w:t>
            </w:r>
            <w:proofErr w:type="spellEnd"/>
            <w:r w:rsidR="00EB117E" w:rsidRPr="00630B5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EB117E" w:rsidRPr="00630B5B">
              <w:rPr>
                <w:b/>
                <w:sz w:val="24"/>
                <w:szCs w:val="24"/>
              </w:rPr>
              <w:t>Penternakan</w:t>
            </w:r>
            <w:proofErr w:type="spellEnd"/>
            <w:r w:rsidR="00EB117E" w:rsidRPr="00630B5B">
              <w:rPr>
                <w:b/>
                <w:sz w:val="24"/>
                <w:szCs w:val="24"/>
              </w:rPr>
              <w:t xml:space="preserve"> Hijau: </w:t>
            </w:r>
            <w:proofErr w:type="spellStart"/>
            <w:r w:rsidR="00EB117E" w:rsidRPr="00630B5B">
              <w:rPr>
                <w:b/>
                <w:sz w:val="24"/>
                <w:szCs w:val="24"/>
              </w:rPr>
              <w:t>Asas</w:t>
            </w:r>
            <w:proofErr w:type="spellEnd"/>
            <w:r w:rsidR="00EB117E" w:rsidRPr="00630B5B">
              <w:rPr>
                <w:b/>
                <w:sz w:val="24"/>
                <w:szCs w:val="24"/>
              </w:rPr>
              <w:t xml:space="preserve"> &amp; </w:t>
            </w:r>
            <w:proofErr w:type="spellStart"/>
            <w:r w:rsidR="00EB117E" w:rsidRPr="00630B5B">
              <w:rPr>
                <w:b/>
                <w:sz w:val="24"/>
                <w:szCs w:val="24"/>
              </w:rPr>
              <w:t>Konsep</w:t>
            </w:r>
            <w:proofErr w:type="spellEnd"/>
            <w:r w:rsidR="00EB117E" w:rsidRPr="00630B5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EB117E" w:rsidRPr="00630B5B">
              <w:rPr>
                <w:b/>
                <w:sz w:val="24"/>
                <w:szCs w:val="24"/>
              </w:rPr>
              <w:t>Ayam</w:t>
            </w:r>
            <w:proofErr w:type="spellEnd"/>
            <w:r w:rsidR="00EB117E" w:rsidRPr="00630B5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EB117E" w:rsidRPr="00630B5B">
              <w:rPr>
                <w:b/>
                <w:sz w:val="24"/>
                <w:szCs w:val="24"/>
              </w:rPr>
              <w:t>Organik</w:t>
            </w:r>
            <w:proofErr w:type="spellEnd"/>
            <w:r w:rsidR="00EB117E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92" w:type="dxa"/>
            <w:shd w:val="clear" w:color="auto" w:fill="F9FBF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47844A8" w14:textId="77777777" w:rsidR="00EB117E" w:rsidRDefault="00EB117E" w:rsidP="00EB117E">
            <w:pPr>
              <w:spacing w:after="0" w:line="240" w:lineRule="auto"/>
              <w:rPr>
                <w:sz w:val="24"/>
                <w:szCs w:val="24"/>
              </w:rPr>
            </w:pPr>
            <w:r w:rsidRPr="00630B5B">
              <w:rPr>
                <w:sz w:val="24"/>
                <w:szCs w:val="24"/>
              </w:rPr>
              <w:t xml:space="preserve">Dr. </w:t>
            </w:r>
            <w:proofErr w:type="spellStart"/>
            <w:r w:rsidRPr="00630B5B">
              <w:rPr>
                <w:sz w:val="24"/>
                <w:szCs w:val="24"/>
              </w:rPr>
              <w:t>Zurina</w:t>
            </w:r>
            <w:proofErr w:type="spellEnd"/>
            <w:r w:rsidRPr="00630B5B">
              <w:rPr>
                <w:sz w:val="24"/>
                <w:szCs w:val="24"/>
              </w:rPr>
              <w:t xml:space="preserve"> Binti Ramli</w:t>
            </w:r>
          </w:p>
          <w:p w14:paraId="772DC9E8" w14:textId="04EE9F73" w:rsidR="006F305D" w:rsidRPr="00630B5B" w:rsidRDefault="00EB117E" w:rsidP="00EB117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Ketua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Seksyen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Pemeriksaan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Pensijilan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Veterinar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Bahagian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Regulatori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Veterinar</w:t>
            </w:r>
            <w:proofErr w:type="spellEnd"/>
            <w:r>
              <w:rPr>
                <w:sz w:val="24"/>
                <w:szCs w:val="24"/>
              </w:rPr>
              <w:t>, DVS</w:t>
            </w:r>
          </w:p>
        </w:tc>
      </w:tr>
      <w:tr w:rsidR="00FE7E22" w:rsidRPr="00630B5B" w14:paraId="322CBAC8" w14:textId="77777777">
        <w:trPr>
          <w:jc w:val="center"/>
        </w:trPr>
        <w:tc>
          <w:tcPr>
            <w:tcW w:w="216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95112B8" w14:textId="111F6D0B" w:rsidR="00FE7E22" w:rsidRPr="00630B5B" w:rsidRDefault="00112D3C" w:rsidP="005C0DF1">
            <w:pPr>
              <w:spacing w:after="0" w:line="240" w:lineRule="auto"/>
              <w:rPr>
                <w:sz w:val="24"/>
                <w:szCs w:val="24"/>
              </w:rPr>
            </w:pPr>
            <w:r w:rsidRPr="00630B5B">
              <w:rPr>
                <w:b/>
                <w:color w:val="555555"/>
                <w:sz w:val="24"/>
                <w:szCs w:val="24"/>
              </w:rPr>
              <w:t>10:</w:t>
            </w:r>
            <w:r w:rsidR="005C0DF1" w:rsidRPr="00630B5B">
              <w:rPr>
                <w:b/>
                <w:color w:val="555555"/>
                <w:sz w:val="24"/>
                <w:szCs w:val="24"/>
              </w:rPr>
              <w:t>50</w:t>
            </w:r>
            <w:r w:rsidRPr="00630B5B">
              <w:rPr>
                <w:b/>
                <w:color w:val="555555"/>
                <w:sz w:val="24"/>
                <w:szCs w:val="24"/>
              </w:rPr>
              <w:t xml:space="preserve"> – 11:00 </w:t>
            </w:r>
            <w:proofErr w:type="spellStart"/>
            <w:r w:rsidR="005C0DF1" w:rsidRPr="00630B5B">
              <w:rPr>
                <w:b/>
                <w:color w:val="555555"/>
                <w:sz w:val="24"/>
                <w:szCs w:val="24"/>
              </w:rPr>
              <w:t>pagi</w:t>
            </w:r>
            <w:proofErr w:type="spellEnd"/>
          </w:p>
        </w:tc>
        <w:tc>
          <w:tcPr>
            <w:tcW w:w="4608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6481EC4" w14:textId="77777777" w:rsidR="00FE7E22" w:rsidRPr="00630B5B" w:rsidRDefault="00112D3C" w:rsidP="005C0DF1">
            <w:pPr>
              <w:spacing w:after="0" w:line="240" w:lineRule="auto"/>
              <w:rPr>
                <w:sz w:val="24"/>
                <w:szCs w:val="24"/>
              </w:rPr>
            </w:pPr>
            <w:r w:rsidRPr="00630B5B">
              <w:rPr>
                <w:sz w:val="24"/>
                <w:szCs w:val="24"/>
              </w:rPr>
              <w:t>Sesi Soal Jawab (Q&amp;A)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7D1440E" w14:textId="1F52714C" w:rsidR="00FE7E22" w:rsidRPr="00630B5B" w:rsidRDefault="00FE7E22" w:rsidP="005C0DF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E7E22" w:rsidRPr="00630B5B" w14:paraId="7696A1B5" w14:textId="77777777">
        <w:trPr>
          <w:jc w:val="center"/>
        </w:trPr>
        <w:tc>
          <w:tcPr>
            <w:tcW w:w="2160" w:type="dxa"/>
            <w:shd w:val="clear" w:color="auto" w:fill="F9FBF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906617F" w14:textId="63BC70D5" w:rsidR="00FE7E22" w:rsidRPr="00630B5B" w:rsidRDefault="00112D3C" w:rsidP="005C0DF1">
            <w:pPr>
              <w:spacing w:after="0" w:line="240" w:lineRule="auto"/>
              <w:rPr>
                <w:sz w:val="24"/>
                <w:szCs w:val="24"/>
              </w:rPr>
            </w:pPr>
            <w:r w:rsidRPr="00630B5B">
              <w:rPr>
                <w:b/>
                <w:color w:val="555555"/>
                <w:sz w:val="24"/>
                <w:szCs w:val="24"/>
              </w:rPr>
              <w:t>11:00 – 11:</w:t>
            </w:r>
            <w:r w:rsidR="005C0DF1" w:rsidRPr="00630B5B">
              <w:rPr>
                <w:b/>
                <w:color w:val="555555"/>
                <w:sz w:val="24"/>
                <w:szCs w:val="24"/>
              </w:rPr>
              <w:t>50</w:t>
            </w:r>
            <w:r w:rsidRPr="00630B5B">
              <w:rPr>
                <w:b/>
                <w:color w:val="555555"/>
                <w:sz w:val="24"/>
                <w:szCs w:val="24"/>
              </w:rPr>
              <w:t xml:space="preserve"> </w:t>
            </w:r>
            <w:proofErr w:type="spellStart"/>
            <w:r w:rsidR="005C0DF1" w:rsidRPr="00630B5B">
              <w:rPr>
                <w:b/>
                <w:color w:val="555555"/>
                <w:sz w:val="24"/>
                <w:szCs w:val="24"/>
              </w:rPr>
              <w:t>pagi</w:t>
            </w:r>
            <w:proofErr w:type="spellEnd"/>
          </w:p>
        </w:tc>
        <w:tc>
          <w:tcPr>
            <w:tcW w:w="4608" w:type="dxa"/>
            <w:shd w:val="clear" w:color="auto" w:fill="F9FBF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4D732FC" w14:textId="77777777" w:rsidR="00FE7E22" w:rsidRPr="00630B5B" w:rsidRDefault="00112D3C" w:rsidP="005C0DF1">
            <w:pPr>
              <w:spacing w:after="0" w:line="240" w:lineRule="auto"/>
              <w:rPr>
                <w:sz w:val="24"/>
                <w:szCs w:val="24"/>
              </w:rPr>
            </w:pPr>
            <w:r w:rsidRPr="00630B5B">
              <w:rPr>
                <w:b/>
                <w:sz w:val="24"/>
                <w:szCs w:val="24"/>
              </w:rPr>
              <w:t xml:space="preserve">Slot 3: </w:t>
            </w:r>
            <w:proofErr w:type="spellStart"/>
            <w:r w:rsidRPr="00630B5B">
              <w:rPr>
                <w:b/>
                <w:sz w:val="24"/>
                <w:szCs w:val="24"/>
              </w:rPr>
              <w:t>Kuasai</w:t>
            </w:r>
            <w:proofErr w:type="spellEnd"/>
            <w:r w:rsidRPr="00630B5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30B5B">
              <w:rPr>
                <w:b/>
                <w:sz w:val="24"/>
                <w:szCs w:val="24"/>
              </w:rPr>
              <w:t>Pasaran</w:t>
            </w:r>
            <w:proofErr w:type="spellEnd"/>
            <w:r w:rsidRPr="00630B5B">
              <w:rPr>
                <w:b/>
                <w:sz w:val="24"/>
                <w:szCs w:val="24"/>
              </w:rPr>
              <w:t xml:space="preserve">: Strategi </w:t>
            </w:r>
            <w:proofErr w:type="spellStart"/>
            <w:r w:rsidRPr="00630B5B">
              <w:rPr>
                <w:b/>
                <w:sz w:val="24"/>
                <w:szCs w:val="24"/>
              </w:rPr>
              <w:t>Pemasaran</w:t>
            </w:r>
            <w:proofErr w:type="spellEnd"/>
            <w:r w:rsidRPr="00630B5B">
              <w:rPr>
                <w:b/>
                <w:sz w:val="24"/>
                <w:szCs w:val="24"/>
              </w:rPr>
              <w:t xml:space="preserve"> &amp; </w:t>
            </w:r>
            <w:proofErr w:type="spellStart"/>
            <w:r w:rsidRPr="00630B5B">
              <w:rPr>
                <w:b/>
                <w:sz w:val="24"/>
                <w:szCs w:val="24"/>
              </w:rPr>
              <w:t>Penjenamaan</w:t>
            </w:r>
            <w:proofErr w:type="spellEnd"/>
            <w:r w:rsidRPr="00630B5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30B5B">
              <w:rPr>
                <w:b/>
                <w:sz w:val="24"/>
                <w:szCs w:val="24"/>
              </w:rPr>
              <w:t>Ayam</w:t>
            </w:r>
            <w:proofErr w:type="spellEnd"/>
            <w:r w:rsidRPr="00630B5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30B5B">
              <w:rPr>
                <w:b/>
                <w:sz w:val="24"/>
                <w:szCs w:val="24"/>
              </w:rPr>
              <w:t>Organik</w:t>
            </w:r>
            <w:proofErr w:type="spellEnd"/>
          </w:p>
        </w:tc>
        <w:tc>
          <w:tcPr>
            <w:tcW w:w="2592" w:type="dxa"/>
            <w:shd w:val="clear" w:color="auto" w:fill="F9FBF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7F05833" w14:textId="77777777" w:rsidR="00FE7E22" w:rsidRDefault="00182EEA" w:rsidP="005C0DF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Encik</w:t>
            </w:r>
            <w:r w:rsidR="00353C8C">
              <w:rPr>
                <w:sz w:val="24"/>
                <w:szCs w:val="24"/>
              </w:rPr>
              <w:t xml:space="preserve"> </w:t>
            </w:r>
            <w:r w:rsidR="00D56BF7">
              <w:rPr>
                <w:sz w:val="24"/>
                <w:szCs w:val="24"/>
              </w:rPr>
              <w:t xml:space="preserve">Muhammad Shukri bin </w:t>
            </w:r>
            <w:proofErr w:type="spellStart"/>
            <w:r w:rsidR="00D56BF7">
              <w:rPr>
                <w:sz w:val="24"/>
                <w:szCs w:val="24"/>
              </w:rPr>
              <w:t>Shaidin</w:t>
            </w:r>
            <w:proofErr w:type="spellEnd"/>
          </w:p>
          <w:p w14:paraId="4ECBAC1D" w14:textId="3011C420" w:rsidR="006F305D" w:rsidRPr="00630B5B" w:rsidRDefault="00F8425F" w:rsidP="005C0DF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Pegawai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Bahagian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Pemasaran</w:t>
            </w:r>
            <w:proofErr w:type="spellEnd"/>
            <w:r>
              <w:rPr>
                <w:sz w:val="24"/>
                <w:szCs w:val="24"/>
              </w:rPr>
              <w:t xml:space="preserve"> Segar &amp; </w:t>
            </w:r>
            <w:proofErr w:type="spellStart"/>
            <w:r>
              <w:rPr>
                <w:sz w:val="24"/>
                <w:szCs w:val="24"/>
              </w:rPr>
              <w:t>Intervensi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 w:rsidR="006F305D">
              <w:rPr>
                <w:sz w:val="24"/>
                <w:szCs w:val="24"/>
              </w:rPr>
              <w:t>FAMA</w:t>
            </w:r>
          </w:p>
        </w:tc>
      </w:tr>
      <w:tr w:rsidR="00FE7E22" w:rsidRPr="00630B5B" w14:paraId="1B99879B" w14:textId="77777777">
        <w:trPr>
          <w:jc w:val="center"/>
        </w:trPr>
        <w:tc>
          <w:tcPr>
            <w:tcW w:w="216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BC6A068" w14:textId="3C97A54A" w:rsidR="00FE7E22" w:rsidRPr="00630B5B" w:rsidRDefault="00112D3C" w:rsidP="005C0DF1">
            <w:pPr>
              <w:spacing w:after="0" w:line="240" w:lineRule="auto"/>
              <w:rPr>
                <w:sz w:val="24"/>
                <w:szCs w:val="24"/>
              </w:rPr>
            </w:pPr>
            <w:r w:rsidRPr="00630B5B">
              <w:rPr>
                <w:b/>
                <w:color w:val="555555"/>
                <w:sz w:val="24"/>
                <w:szCs w:val="24"/>
              </w:rPr>
              <w:t>11:</w:t>
            </w:r>
            <w:r w:rsidR="005C0DF1" w:rsidRPr="00630B5B">
              <w:rPr>
                <w:b/>
                <w:color w:val="555555"/>
                <w:sz w:val="24"/>
                <w:szCs w:val="24"/>
              </w:rPr>
              <w:t>50</w:t>
            </w:r>
            <w:r w:rsidRPr="00630B5B">
              <w:rPr>
                <w:b/>
                <w:color w:val="555555"/>
                <w:sz w:val="24"/>
                <w:szCs w:val="24"/>
              </w:rPr>
              <w:t xml:space="preserve"> – 12:00 </w:t>
            </w:r>
            <w:proofErr w:type="spellStart"/>
            <w:r w:rsidR="005C0DF1" w:rsidRPr="00630B5B">
              <w:rPr>
                <w:b/>
                <w:color w:val="555555"/>
                <w:sz w:val="24"/>
                <w:szCs w:val="24"/>
              </w:rPr>
              <w:t>tghari</w:t>
            </w:r>
            <w:proofErr w:type="spellEnd"/>
          </w:p>
        </w:tc>
        <w:tc>
          <w:tcPr>
            <w:tcW w:w="4608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E046ECD" w14:textId="77777777" w:rsidR="00FE7E22" w:rsidRPr="00630B5B" w:rsidRDefault="00112D3C" w:rsidP="005C0DF1">
            <w:pPr>
              <w:spacing w:after="0" w:line="240" w:lineRule="auto"/>
              <w:rPr>
                <w:sz w:val="24"/>
                <w:szCs w:val="24"/>
              </w:rPr>
            </w:pPr>
            <w:r w:rsidRPr="00630B5B">
              <w:rPr>
                <w:sz w:val="24"/>
                <w:szCs w:val="24"/>
              </w:rPr>
              <w:t>Sesi Soal Jawab (Q&amp;A)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B1B9113" w14:textId="38D1256F" w:rsidR="00FE7E22" w:rsidRPr="00630B5B" w:rsidRDefault="00FE7E22" w:rsidP="005C0DF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E7E22" w:rsidRPr="00630B5B" w14:paraId="4E628B10" w14:textId="77777777">
        <w:trPr>
          <w:jc w:val="center"/>
        </w:trPr>
        <w:tc>
          <w:tcPr>
            <w:tcW w:w="2160" w:type="dxa"/>
            <w:shd w:val="clear" w:color="auto" w:fill="F9FBF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BF408F7" w14:textId="577500E0" w:rsidR="00FE7E22" w:rsidRPr="00630B5B" w:rsidRDefault="00112D3C" w:rsidP="005C0DF1">
            <w:pPr>
              <w:spacing w:after="0" w:line="240" w:lineRule="auto"/>
              <w:rPr>
                <w:sz w:val="24"/>
                <w:szCs w:val="24"/>
              </w:rPr>
            </w:pPr>
            <w:r w:rsidRPr="00630B5B">
              <w:rPr>
                <w:b/>
                <w:color w:val="555555"/>
                <w:sz w:val="24"/>
                <w:szCs w:val="24"/>
              </w:rPr>
              <w:lastRenderedPageBreak/>
              <w:t>12:00 – 12:</w:t>
            </w:r>
            <w:r w:rsidR="005C0DF1" w:rsidRPr="00630B5B">
              <w:rPr>
                <w:b/>
                <w:color w:val="555555"/>
                <w:sz w:val="24"/>
                <w:szCs w:val="24"/>
              </w:rPr>
              <w:t>50</w:t>
            </w:r>
            <w:r w:rsidRPr="00630B5B">
              <w:rPr>
                <w:b/>
                <w:color w:val="555555"/>
                <w:sz w:val="24"/>
                <w:szCs w:val="24"/>
              </w:rPr>
              <w:t xml:space="preserve"> </w:t>
            </w:r>
            <w:proofErr w:type="spellStart"/>
            <w:r w:rsidR="005C0DF1" w:rsidRPr="00630B5B">
              <w:rPr>
                <w:b/>
                <w:color w:val="555555"/>
                <w:sz w:val="24"/>
                <w:szCs w:val="24"/>
              </w:rPr>
              <w:t>tghari</w:t>
            </w:r>
            <w:proofErr w:type="spellEnd"/>
          </w:p>
        </w:tc>
        <w:tc>
          <w:tcPr>
            <w:tcW w:w="4608" w:type="dxa"/>
            <w:shd w:val="clear" w:color="auto" w:fill="F9FBF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C08ECC3" w14:textId="439024F8" w:rsidR="00FE7E22" w:rsidRPr="00630B5B" w:rsidRDefault="00112D3C" w:rsidP="005C0DF1">
            <w:pPr>
              <w:spacing w:after="0" w:line="240" w:lineRule="auto"/>
              <w:rPr>
                <w:sz w:val="24"/>
                <w:szCs w:val="24"/>
              </w:rPr>
            </w:pPr>
            <w:r w:rsidRPr="00630B5B">
              <w:rPr>
                <w:b/>
                <w:sz w:val="24"/>
                <w:szCs w:val="24"/>
              </w:rPr>
              <w:t xml:space="preserve">Slot 4: </w:t>
            </w:r>
            <w:r w:rsidR="00375009" w:rsidRPr="00375009">
              <w:rPr>
                <w:b/>
                <w:sz w:val="24"/>
                <w:szCs w:val="24"/>
              </w:rPr>
              <w:t xml:space="preserve">Strategi </w:t>
            </w:r>
            <w:proofErr w:type="spellStart"/>
            <w:r w:rsidR="00375009" w:rsidRPr="00375009">
              <w:rPr>
                <w:b/>
                <w:sz w:val="24"/>
                <w:szCs w:val="24"/>
              </w:rPr>
              <w:t>Makanan</w:t>
            </w:r>
            <w:proofErr w:type="spellEnd"/>
            <w:r w:rsidR="00375009" w:rsidRPr="0037500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375009" w:rsidRPr="00375009">
              <w:rPr>
                <w:b/>
                <w:sz w:val="24"/>
                <w:szCs w:val="24"/>
              </w:rPr>
              <w:t>Alternatif</w:t>
            </w:r>
            <w:proofErr w:type="spellEnd"/>
            <w:r w:rsidR="00375009" w:rsidRPr="0037500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375009" w:rsidRPr="00375009">
              <w:rPr>
                <w:b/>
                <w:sz w:val="24"/>
                <w:szCs w:val="24"/>
              </w:rPr>
              <w:t>Ternakan</w:t>
            </w:r>
            <w:proofErr w:type="spellEnd"/>
            <w:r w:rsidR="00375009" w:rsidRPr="0037500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375009" w:rsidRPr="00375009">
              <w:rPr>
                <w:b/>
                <w:sz w:val="24"/>
                <w:szCs w:val="24"/>
              </w:rPr>
              <w:t>Unggas</w:t>
            </w:r>
            <w:proofErr w:type="spellEnd"/>
          </w:p>
        </w:tc>
        <w:tc>
          <w:tcPr>
            <w:tcW w:w="2592" w:type="dxa"/>
            <w:shd w:val="clear" w:color="auto" w:fill="F9FBF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9C6C71E" w14:textId="6521CA53" w:rsidR="00375009" w:rsidRPr="00375009" w:rsidRDefault="00375009" w:rsidP="0037500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75009">
              <w:rPr>
                <w:sz w:val="24"/>
                <w:szCs w:val="24"/>
              </w:rPr>
              <w:t>En</w:t>
            </w:r>
            <w:proofErr w:type="spellEnd"/>
            <w:r w:rsidRPr="00375009">
              <w:rPr>
                <w:sz w:val="24"/>
                <w:szCs w:val="24"/>
              </w:rPr>
              <w:t xml:space="preserve"> </w:t>
            </w:r>
            <w:proofErr w:type="spellStart"/>
            <w:r w:rsidRPr="00375009">
              <w:rPr>
                <w:sz w:val="24"/>
                <w:szCs w:val="24"/>
              </w:rPr>
              <w:t>Mohd</w:t>
            </w:r>
            <w:proofErr w:type="spellEnd"/>
            <w:r w:rsidRPr="00375009">
              <w:rPr>
                <w:sz w:val="24"/>
                <w:szCs w:val="24"/>
              </w:rPr>
              <w:t xml:space="preserve"> Anas Bin </w:t>
            </w:r>
            <w:proofErr w:type="spellStart"/>
            <w:r w:rsidR="00876DD5">
              <w:rPr>
                <w:sz w:val="24"/>
                <w:szCs w:val="24"/>
              </w:rPr>
              <w:t>Mohd</w:t>
            </w:r>
            <w:proofErr w:type="spellEnd"/>
            <w:r w:rsidR="00876DD5">
              <w:rPr>
                <w:sz w:val="24"/>
                <w:szCs w:val="24"/>
              </w:rPr>
              <w:t xml:space="preserve"> </w:t>
            </w:r>
            <w:proofErr w:type="spellStart"/>
            <w:r w:rsidRPr="00375009">
              <w:rPr>
                <w:sz w:val="24"/>
                <w:szCs w:val="24"/>
              </w:rPr>
              <w:t>Asmawi</w:t>
            </w:r>
            <w:proofErr w:type="spellEnd"/>
          </w:p>
          <w:p w14:paraId="4D6FA039" w14:textId="59D1B365" w:rsidR="006F305D" w:rsidRPr="00630B5B" w:rsidRDefault="00375009" w:rsidP="0037500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75009">
              <w:rPr>
                <w:sz w:val="24"/>
                <w:szCs w:val="24"/>
              </w:rPr>
              <w:t>Penternakan</w:t>
            </w:r>
            <w:proofErr w:type="spellEnd"/>
            <w:r w:rsidRPr="00375009">
              <w:rPr>
                <w:sz w:val="24"/>
                <w:szCs w:val="24"/>
              </w:rPr>
              <w:t xml:space="preserve"> </w:t>
            </w:r>
            <w:proofErr w:type="spellStart"/>
            <w:r w:rsidRPr="00375009">
              <w:rPr>
                <w:sz w:val="24"/>
                <w:szCs w:val="24"/>
              </w:rPr>
              <w:t>Sumber</w:t>
            </w:r>
            <w:proofErr w:type="spellEnd"/>
            <w:r w:rsidRPr="00375009">
              <w:rPr>
                <w:sz w:val="24"/>
                <w:szCs w:val="24"/>
              </w:rPr>
              <w:t xml:space="preserve"> </w:t>
            </w:r>
            <w:proofErr w:type="spellStart"/>
            <w:r w:rsidRPr="00375009">
              <w:rPr>
                <w:sz w:val="24"/>
                <w:szCs w:val="24"/>
              </w:rPr>
              <w:t>Unggas</w:t>
            </w:r>
            <w:proofErr w:type="spellEnd"/>
          </w:p>
        </w:tc>
      </w:tr>
      <w:tr w:rsidR="00FE7E22" w:rsidRPr="00630B5B" w14:paraId="7A400A18" w14:textId="77777777">
        <w:trPr>
          <w:jc w:val="center"/>
        </w:trPr>
        <w:tc>
          <w:tcPr>
            <w:tcW w:w="216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57DD548" w14:textId="4136DF1A" w:rsidR="00FE7E22" w:rsidRPr="00630B5B" w:rsidRDefault="00112D3C" w:rsidP="005C0DF1">
            <w:pPr>
              <w:spacing w:after="0" w:line="240" w:lineRule="auto"/>
              <w:rPr>
                <w:sz w:val="24"/>
                <w:szCs w:val="24"/>
              </w:rPr>
            </w:pPr>
            <w:r w:rsidRPr="00630B5B">
              <w:rPr>
                <w:b/>
                <w:color w:val="555555"/>
                <w:sz w:val="24"/>
                <w:szCs w:val="24"/>
              </w:rPr>
              <w:t>12:</w:t>
            </w:r>
            <w:r w:rsidR="005C0DF1" w:rsidRPr="00630B5B">
              <w:rPr>
                <w:b/>
                <w:color w:val="555555"/>
                <w:sz w:val="24"/>
                <w:szCs w:val="24"/>
              </w:rPr>
              <w:t>50</w:t>
            </w:r>
            <w:r w:rsidRPr="00630B5B">
              <w:rPr>
                <w:b/>
                <w:color w:val="555555"/>
                <w:sz w:val="24"/>
                <w:szCs w:val="24"/>
              </w:rPr>
              <w:t xml:space="preserve"> – 01:00 </w:t>
            </w:r>
            <w:proofErr w:type="spellStart"/>
            <w:r w:rsidR="005C0DF1" w:rsidRPr="00630B5B">
              <w:rPr>
                <w:b/>
                <w:color w:val="555555"/>
                <w:sz w:val="24"/>
                <w:szCs w:val="24"/>
              </w:rPr>
              <w:t>tghari</w:t>
            </w:r>
            <w:proofErr w:type="spellEnd"/>
          </w:p>
        </w:tc>
        <w:tc>
          <w:tcPr>
            <w:tcW w:w="4608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76BF749" w14:textId="77777777" w:rsidR="00FE7E22" w:rsidRPr="00630B5B" w:rsidRDefault="00112D3C" w:rsidP="005C0DF1">
            <w:pPr>
              <w:spacing w:after="0" w:line="240" w:lineRule="auto"/>
              <w:rPr>
                <w:sz w:val="24"/>
                <w:szCs w:val="24"/>
              </w:rPr>
            </w:pPr>
            <w:r w:rsidRPr="00630B5B">
              <w:rPr>
                <w:sz w:val="24"/>
                <w:szCs w:val="24"/>
              </w:rPr>
              <w:t>Sesi Soal Jawab (Q&amp;A) final &amp; Sesi Bergambar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3FA73FA" w14:textId="4A95EF56" w:rsidR="00FE7E22" w:rsidRPr="00630B5B" w:rsidRDefault="00FE7E22" w:rsidP="005C0DF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E7E22" w:rsidRPr="00630B5B" w14:paraId="185AC2C7" w14:textId="77777777">
        <w:trPr>
          <w:jc w:val="center"/>
        </w:trPr>
        <w:tc>
          <w:tcPr>
            <w:tcW w:w="2160" w:type="dxa"/>
            <w:shd w:val="clear" w:color="auto" w:fill="F9FBF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5D0377A" w14:textId="1A2088B2" w:rsidR="00FE7E22" w:rsidRPr="00630B5B" w:rsidRDefault="00112D3C" w:rsidP="005C0DF1">
            <w:pPr>
              <w:spacing w:after="0" w:line="240" w:lineRule="auto"/>
              <w:rPr>
                <w:sz w:val="24"/>
                <w:szCs w:val="24"/>
              </w:rPr>
            </w:pPr>
            <w:r w:rsidRPr="00630B5B">
              <w:rPr>
                <w:b/>
                <w:color w:val="555555"/>
                <w:sz w:val="24"/>
                <w:szCs w:val="24"/>
              </w:rPr>
              <w:t xml:space="preserve">01:00 – 01:15 </w:t>
            </w:r>
            <w:proofErr w:type="spellStart"/>
            <w:r w:rsidR="005C0DF1" w:rsidRPr="00630B5B">
              <w:rPr>
                <w:b/>
                <w:color w:val="555555"/>
                <w:sz w:val="24"/>
                <w:szCs w:val="24"/>
              </w:rPr>
              <w:t>tghari</w:t>
            </w:r>
            <w:proofErr w:type="spellEnd"/>
          </w:p>
        </w:tc>
        <w:tc>
          <w:tcPr>
            <w:tcW w:w="4608" w:type="dxa"/>
            <w:shd w:val="clear" w:color="auto" w:fill="F9FBF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FED076F" w14:textId="77777777" w:rsidR="00FE7E22" w:rsidRPr="00630B5B" w:rsidRDefault="00112D3C" w:rsidP="005C0DF1">
            <w:pPr>
              <w:spacing w:after="0" w:line="240" w:lineRule="auto"/>
              <w:rPr>
                <w:sz w:val="24"/>
                <w:szCs w:val="24"/>
              </w:rPr>
            </w:pPr>
            <w:r w:rsidRPr="00630B5B">
              <w:rPr>
                <w:sz w:val="24"/>
                <w:szCs w:val="24"/>
              </w:rPr>
              <w:t>Maklum Balas, Tuntutan E-Sijil &amp; Bersurai</w:t>
            </w:r>
          </w:p>
        </w:tc>
        <w:tc>
          <w:tcPr>
            <w:tcW w:w="2592" w:type="dxa"/>
            <w:shd w:val="clear" w:color="auto" w:fill="F9FBF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342E512" w14:textId="750B922D" w:rsidR="00FE7E22" w:rsidRPr="00630B5B" w:rsidRDefault="00FE7E22" w:rsidP="005C0DF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6CEEFA99" w14:textId="77777777" w:rsidR="00FE7E22" w:rsidRDefault="00FE7E22" w:rsidP="00112D3C">
      <w:pPr>
        <w:spacing w:after="240"/>
      </w:pPr>
    </w:p>
    <w:sectPr w:rsidR="00FE7E22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12D3C"/>
    <w:rsid w:val="0015074B"/>
    <w:rsid w:val="00182EEA"/>
    <w:rsid w:val="0027793C"/>
    <w:rsid w:val="0029639D"/>
    <w:rsid w:val="00326F90"/>
    <w:rsid w:val="00353C8C"/>
    <w:rsid w:val="00375009"/>
    <w:rsid w:val="005C0DF1"/>
    <w:rsid w:val="00630B5B"/>
    <w:rsid w:val="006E5783"/>
    <w:rsid w:val="006F305D"/>
    <w:rsid w:val="0075401E"/>
    <w:rsid w:val="00876DD5"/>
    <w:rsid w:val="008B222F"/>
    <w:rsid w:val="00AA1D8D"/>
    <w:rsid w:val="00B47730"/>
    <w:rsid w:val="00C75B68"/>
    <w:rsid w:val="00CB0664"/>
    <w:rsid w:val="00D43651"/>
    <w:rsid w:val="00D56BF7"/>
    <w:rsid w:val="00EB117E"/>
    <w:rsid w:val="00F27FCE"/>
    <w:rsid w:val="00F8425F"/>
    <w:rsid w:val="00FC693F"/>
    <w:rsid w:val="00FD697D"/>
    <w:rsid w:val="00FE7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5B6BFFD"/>
  <w14:defaultImageDpi w14:val="300"/>
  <w15:docId w15:val="{8AEB951E-2B44-43E6-897F-C1BA814E7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color w:val="333333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1233</TotalTime>
  <Pages>2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DVS-R24-001</cp:lastModifiedBy>
  <cp:revision>14</cp:revision>
  <cp:lastPrinted>2026-09-23T09:19:00Z</cp:lastPrinted>
  <dcterms:created xsi:type="dcterms:W3CDTF">2026-08-18T04:29:00Z</dcterms:created>
  <dcterms:modified xsi:type="dcterms:W3CDTF">2026-09-25T04:34:00Z</dcterms:modified>
  <cp:category/>
</cp:coreProperties>
</file>